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Later revisit · RR04-L1</w:t>
      </w:r>
    </w:p>
    <w:p>
      <w:r>
        <w:t>C05 · v1.0.0 · rr04/student/later-revisit · page 1 of 2</w:t>
      </w:r>
    </w:p>
    <w:p>
      <w:r>
        <w:t>Show your reasoning and keep quantity labels attached to the numbers.</w:t>
      </w:r>
    </w:p>
    <w:p>
      <w:pPr>
        <w:pStyle w:val="Heading2"/>
      </w:pPr>
      <w:r>
        <w:t>RR04-L1 · later revisit</w:t>
      </w:r>
    </w:p>
    <w:p>
      <w:r>
        <w:t>At constant rates press A makes 40 tiles in 8 minutes; press B makes 36 tiles in 6 minutes. Which makes more tiles per minute? Give both rates and justify the choice.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r>
        <w:rPr>
          <w:sz w:val="18"/>
        </w:rPr>
        <w:t>Mentor Teaching · AI-authored · C05 v1.0.0</w:t>
      </w:r>
    </w:p>
    <w:p>
      <w:r>
        <w:br w:type="page"/>
      </w:r>
    </w:p>
    <w:p>
      <w:pPr>
        <w:pStyle w:val="Title"/>
      </w:pPr>
      <w:r>
        <w:t>Later revisit · RR04-L2</w:t>
      </w:r>
    </w:p>
    <w:p>
      <w:r>
        <w:t>C05 · v1.0.0 · rr04/student/later-revisit · page 2 of 2</w:t>
      </w:r>
    </w:p>
    <w:p>
      <w:r>
        <w:t>Show your reasoning and keep quantity labels attached to the numbers.</w:t>
      </w:r>
    </w:p>
    <w:p>
      <w:pPr>
        <w:pStyle w:val="Heading2"/>
      </w:pPr>
      <w:r>
        <w:t>RR04-L2 · later revisit</w:t>
      </w:r>
    </w:p>
    <w:p>
      <w:r>
        <w:t>Two stalls sell identical clips with no fees. Stall A charges 16 dollars for 8 clips; stall B charges 14 dollars for 7 clips. Stall C charges 12 dollars but gives no clip count. Compare A and B in dollars per clip. Can C be ranked on unit cost? Explain.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r>
        <w:rPr>
          <w:sz w:val="18"/>
        </w:rPr>
        <w:t>Mentor Teaching · AI-authored · C05 v1.0.0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60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Later revisit · RR04-L1</dc:title>
  <dc:subject/>
  <dc:creator>Mentor Teaching</dc:creator>
  <cp:keywords/>
  <dc:description/>
  <cp:lastModifiedBy/>
  <cp:revision>1</cp:revision>
  <dcterms:created xsi:type="dcterms:W3CDTF">2026-09-30T00:00:00Z</dcterms:created>
  <dcterms:modified xsi:type="dcterms:W3CDTF">2026-09-30T00:00:00Z</dcterms:modified>
  <cp:category/>
</cp:coreProperties>
</file>