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Next task · RR03-Q1</w:t>
      </w:r>
    </w:p>
    <w:p>
      <w:r>
        <w:t>C05 · v1.0.0 · rr03/student/route-clarify · page 1 of 1</w:t>
      </w:r>
    </w:p>
    <w:p>
      <w:pPr>
        <w:pStyle w:val="Heading2"/>
      </w:pPr>
      <w:r>
        <w:t>RR03-Q1 · clarify</w:t>
      </w:r>
    </w:p>
    <w:p>
      <w:r>
        <w:t>A cart travels 18 meters in 3 seconds at a constant speed. Find meters per second. Explain in words or a labeled drawing what the 1 means.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 task · RR03-Q1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