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revisit · RR03-L1</w:t>
      </w:r>
    </w:p>
    <w:p>
      <w:r>
        <w:t>C05 · v1.0.0 · rr03/student/later-revisit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RR03-L1 · later revisit</w:t>
      </w:r>
    </w:p>
    <w:p>
      <w:r>
        <w:t>A belt moves 32 centimeters in 8 seconds at a constant speed. Find centimeters per second and explain the meaning.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Later revisit · RR03-L2</w:t>
      </w:r>
    </w:p>
    <w:p>
      <w:r>
        <w:t>C05 · v1.0.0 · rr03/student/later-revisit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RR03-L2 · later revisit</w:t>
      </w:r>
    </w:p>
    <w:p>
      <w:r>
        <w:t>A sprayer uses 11 liters in 5 minutes at a constant rate. Find liters per minute. A fictional note says 5/11 liters per minute. Explain the error.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 revisit · RR03-L1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