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Fresh recheck · RR03-F1</w:t>
      </w:r>
    </w:p>
    <w:p>
      <w:r>
        <w:t>C05 · v1.0.0 · rr03/student/fresh-recheck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RR03-F1 · fresh recheck</w:t>
      </w:r>
    </w:p>
    <w:p>
      <w:r>
        <w:t>A scanner reads 28 pages in 7 minutes at a constant rate. Find pages per minute. Explain which quantity becomes 1 and what your answer means.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Fresh recheck · RR03-F2</w:t>
      </w:r>
    </w:p>
    <w:p>
      <w:r>
        <w:t>C05 · v1.0.0 · rr03/student/fresh-recheck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RR03-F2 · fresh recheck</w:t>
      </w:r>
    </w:p>
    <w:p>
      <w:r>
        <w:t>A valve releases 7 liters in 4 minutes at a constant rate. Find liters per minute and minutes per liter. Explain the difference.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recheck · RR03-F1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