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Mentor Teaching · Readiness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Readiness 1</w:t>
      </w:r>
    </w:p>
    <w:p>
      <w:r>
        <w:t>For the ordered pair (2, 5), find x + y and 2x + y. Explain which coordinate is x and which is y.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Readiness · 1 / 2</w:t>
      </w:r>
    </w:p>
    <w:p>
      <w:r>
        <w:br w:type="page"/>
      </w:r>
    </w:p>
    <w:p>
      <w:r>
        <w:t>Mentor Teaching · Readiness</w:t>
      </w:r>
    </w:p>
    <w:p>
      <w:pPr>
        <w:pStyle w:val="Title"/>
      </w:pPr>
      <w:r>
        <w:t>Solve a Linear System and Check Both Equations</w:t>
      </w:r>
    </w:p>
    <w:p>
      <w:pPr>
        <w:pStyle w:val="Heading1"/>
      </w:pPr>
      <w:r>
        <w:t>Readiness 2</w:t>
      </w:r>
    </w:p>
    <w:p>
      <w:r>
        <w:t>Solve 3x + 2 = 14. Show the equation after subtracting 2 and then give x.</w:t>
      </w:r>
    </w:p>
    <w:p>
      <w:r>
        <w:t>Show or explain your reasoning. Use the space below or continue on separate paper.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pPr>
        <w:spacing w:before="200"/>
      </w:pPr>
      <w:r>
        <w:rPr>
          <w:sz w:val="16"/>
        </w:rPr>
        <w:t>Linear systems · edition 1.0.1 · Readiness · 2 / 2</w:t>
      </w:r>
    </w:p>
    <w:sectPr w:rsidR="00FC693F" w:rsidRPr="0006063C" w:rsidSect="00034616">
      <w:pgSz w:w="11909" w:h="16834"/>
      <w:pgMar w:top="965" w:right="965" w:bottom="96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03D2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03D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03D2C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Solve a Linear System and Check Both Equations — Readiness</dc:title>
  <dc:subject/>
  <dc:creator>Mentor Teaching</dc:creator>
  <cp:keywords/>
  <dc:description>Readiness for Solve a Linear System and Check Both Equations. Classroom copy, 23 October 2026.</dc:description>
  <cp:lastModifiedBy>Mentor Teaching</cp:lastModifiedBy>
  <cp:revision>1</cp:revision>
  <dcterms:created xsi:type="dcterms:W3CDTF">2026-10-23T00:00:00Z</dcterms:created>
  <dcterms:modified xsi:type="dcterms:W3CDTF">2026-10-23T00:00:00Z</dcterms:modified>
  <cp:category/>
</cp:coreProperties>
</file>