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Mentor Teaching · Model and guided practice</w:t>
      </w:r>
    </w:p>
    <w:p>
      <w:pPr>
        <w:pStyle w:val="Title"/>
      </w:pPr>
      <w:r>
        <w:t>Solve a Linear System and Check Both Equations</w:t>
      </w:r>
    </w:p>
    <w:p>
      <w:pPr>
        <w:pStyle w:val="Heading1"/>
      </w:pPr>
      <w:r>
        <w:t>Worked teaching example</w:t>
      </w:r>
    </w:p>
    <w:p>
      <w:r>
        <w:t>Solve y = x + 2 and x + y = 8 by substitution. Give the ordered pair and check it in both original equations.</w:t>
      </w:r>
    </w:p>
    <w:p>
      <w:pPr>
        <w:pStyle w:val="Heading2"/>
      </w:pPr>
      <w:r>
        <w:t>Teaching example — reasoning intentionally shown</w:t>
      </w:r>
    </w:p>
    <w:p>
      <w:r>
        <w:t>A system solution makes both equations true for the same pair. Since y equals x + 2, replace y by the whole expression x + 2 in the other equation: x + (x + 2) = 8. Combine to 2x + 2 = 8, subtract 2 to get 2x = 6 and divide by 2 to get x = 3. Then y = 5. Check 5 = 3 + 2 and 3 + 5 = 8 before reporting (3, 5).</w:t>
      </w:r>
    </w:p>
    <w:p>
      <w:pPr>
        <w:spacing w:before="200"/>
      </w:pPr>
      <w:r>
        <w:rPr>
          <w:sz w:val="16"/>
        </w:rPr>
        <w:t>Linear systems · edition 1.0.1 · Model and guided practice · 1 / 4</w:t>
      </w:r>
    </w:p>
    <w:p>
      <w:r>
        <w:br w:type="page"/>
      </w:r>
    </w:p>
    <w:p>
      <w:r>
        <w:t>Mentor Teaching · Model and guided practice</w:t>
      </w:r>
    </w:p>
    <w:p>
      <w:pPr>
        <w:pStyle w:val="Title"/>
      </w:pPr>
      <w:r>
        <w:t>Solve a Linear System and Check Both Equations</w:t>
      </w:r>
    </w:p>
    <w:p>
      <w:pPr>
        <w:pStyle w:val="Heading1"/>
      </w:pPr>
      <w:r>
        <w:t>Guided practice 1</w:t>
      </w:r>
    </w:p>
    <w:p>
      <w:r>
        <w:t>Solve y = 2x + 1 and x + y = 10. Show the substitution and check the ordered pair in both equations.</w:t>
      </w:r>
    </w:p>
    <w:p>
      <w:r>
        <w:t>Show or explain your reasoning. Use the space below or continue on separate paper.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pPr>
        <w:spacing w:before="200"/>
      </w:pPr>
      <w:r>
        <w:rPr>
          <w:sz w:val="16"/>
        </w:rPr>
        <w:t>Linear systems · edition 1.0.1 · Model and guided practice · 2 / 4</w:t>
      </w:r>
    </w:p>
    <w:p>
      <w:r>
        <w:br w:type="page"/>
      </w:r>
    </w:p>
    <w:p>
      <w:r>
        <w:t>Mentor Teaching · Model and guided practice</w:t>
      </w:r>
    </w:p>
    <w:p>
      <w:pPr>
        <w:pStyle w:val="Title"/>
      </w:pPr>
      <w:r>
        <w:t>Solve a Linear System and Check Both Equations</w:t>
      </w:r>
    </w:p>
    <w:p>
      <w:pPr>
        <w:pStyle w:val="Heading1"/>
      </w:pPr>
      <w:r>
        <w:t>Guided practice 2</w:t>
      </w:r>
    </w:p>
    <w:p>
      <w:r>
        <w:t>A learner proposes (4, 3) for x + y = 7 and 2x - y = 2. Check both equations. Does this pair solve the system? Explain without solving for a new pair.</w:t>
      </w:r>
    </w:p>
    <w:p>
      <w:r>
        <w:t>Show or explain your reasoning. Use the space below or continue on separate paper.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pPr>
        <w:spacing w:before="200"/>
      </w:pPr>
      <w:r>
        <w:rPr>
          <w:sz w:val="16"/>
        </w:rPr>
        <w:t>Linear systems · edition 1.0.1 · Model and guided practice · 3 / 4</w:t>
      </w:r>
    </w:p>
    <w:p>
      <w:r>
        <w:br w:type="page"/>
      </w:r>
    </w:p>
    <w:p>
      <w:r>
        <w:t>Mentor Teaching · Model and guided practice</w:t>
      </w:r>
    </w:p>
    <w:p>
      <w:pPr>
        <w:pStyle w:val="Title"/>
      </w:pPr>
      <w:r>
        <w:t>Solve a Linear System and Check Both Equations</w:t>
      </w:r>
    </w:p>
    <w:p>
      <w:pPr>
        <w:pStyle w:val="Heading1"/>
      </w:pPr>
      <w:r>
        <w:t>Guided practice 3</w:t>
      </w:r>
    </w:p>
    <w:p>
      <w:r>
        <w:t>Solve x = y - 1 and 2x + y = 7. Show which expression replaces x and verify both values.</w:t>
      </w:r>
    </w:p>
    <w:p>
      <w:r>
        <w:t>Show or explain your reasoning. Use the space below or continue on separate paper.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pPr>
        <w:spacing w:before="200"/>
      </w:pPr>
      <w:r>
        <w:rPr>
          <w:sz w:val="16"/>
        </w:rPr>
        <w:t>Linear systems · edition 1.0.1 · Model and guided practice · 4 / 4</w:t>
      </w:r>
    </w:p>
    <w:sectPr w:rsidR="00FC693F" w:rsidRPr="0006063C" w:rsidSect="00034616">
      <w:pgSz w:w="11909" w:h="16834"/>
      <w:pgMar w:top="965" w:right="965" w:bottom="965" w:left="96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03D2C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03D2C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203D2C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Solve a Linear System and Check Both Equations — Model and guided practice</dc:title>
  <dc:subject/>
  <dc:creator>Mentor Teaching</dc:creator>
  <cp:keywords/>
  <dc:description>Model and guided practice for Solve a Linear System and Check Both Equations. Classroom copy, 23 October 2026.</dc:description>
  <cp:lastModifiedBy>Mentor Teaching</cp:lastModifiedBy>
  <cp:revision>1</cp:revision>
  <dcterms:created xsi:type="dcterms:W3CDTF">2026-10-23T00:00:00Z</dcterms:created>
  <dcterms:modified xsi:type="dcterms:W3CDTF">2026-10-23T00:00:00Z</dcterms:modified>
  <cp:category/>
</cp:coreProperties>
</file>