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Later response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Later response 1</w:t>
      </w:r>
    </w:p>
    <w:p>
      <w:r>
        <w:t>Solve x = y + 1 and 3x + y = 7. Use the first equation to replace x in the second equation. Show the complete expression and how you simplify it, give the ordered pair and verify both original equations.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Later response · 1 / 2</w:t>
      </w:r>
    </w:p>
    <w:p>
      <w:r>
        <w:br w:type="page"/>
      </w:r>
    </w:p>
    <w:p>
      <w:r>
        <w:t>Mentor Teaching · Later response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Later response 2</w:t>
      </w:r>
    </w:p>
    <w:p>
      <w:r>
        <w:t>For x + y = 1 and 2x - y = -7, a learner proposes (-2, 3). Verify both equations and state whether this pair solves the system. Explain why a negative coordinate is not by itself a reason to reject a solution.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Later response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 Linear System and Check Both Equations — Later response</dc:title>
  <dc:subject/>
  <dc:creator>Mentor Teaching</dc:creator>
  <cp:keywords/>
  <dc:description>Later response for Solve a Linear System and Check Both Equations.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