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 a Rule and Graph</w:t>
      </w:r>
    </w:p>
    <w:p>
      <w:pPr>
        <w:pStyle w:val="Heading1"/>
      </w:pPr>
      <w:r>
        <w:t>Find the amount at zero even when it is not shown</w:t>
      </w:r>
    </w:p>
    <w:p>
      <w:r>
        <w:t>A linear rule can be written y = mx + b. x is input; y is output; m is change per input unit. b is the rule’s value at x = 0. If zero is an allowed input, b is the modeled output there. Two distinct input points determine one line when the relationship is explicitly assumed linear; two observations alone do not establish a physical linear rule.</w:t>
      </w:r>
    </w:p>
    <w:p>
      <w:pPr>
        <w:pStyle w:val="Heading2"/>
      </w:pPr>
      <w:r>
        <w:t>Model from two nonzero points</w:t>
      </w:r>
    </w:p>
    <w:p>
      <w:r>
        <w:t>For 0 ≤ t ≤ 6, a supplied linear model of total water V has points (2, 10) and (4, 13). Minutes come first and liters second.</w:t>
      </w:r>
    </w:p>
    <w:p>
      <w:r>
        <w:t>m = (13 − 10) ÷ (4 − 2) = 3 ÷ 2 = 1.5 liters per minute. At t = 2, the changing part is 1.5 × 2 = 3 liters. Subtract it from the observed total: b = 10 − 3 = 7 liters. So V = 1.5t + 7. Check both points: 1.5 × 2 + 7 = 10 and 1.5 × 4 + 7 = 13.</w:t>
      </w:r>
    </w:p>
    <w:p>
      <w:r>
        <w:t>The 10 liters is the total after two minutes; it is not the start. m has liters-per-minute units. b has liters units. At zero time, the modeled total is 7 liters, so this total is linear but not proportional to time.</w:t>
      </w:r>
    </w:p>
    <w:p>
      <w:pPr>
        <w:pStyle w:val="Heading2"/>
      </w:pPr>
      <w:r>
        <w:t>1 Guided rule</w:t>
      </w:r>
    </w:p>
    <w:p>
      <w:r>
        <w:t>A supplied linear model on 0 ≤ t ≤ 6 has points (1, 7) and (4, 13), in minutes and liters. Find m, recover b, write a rule and verify both points.</w:t>
      </w:r>
    </w:p>
    <w:p>
      <w:pPr>
        <w:spacing w:after="0"/>
      </w:pPr>
      <w:r>
        <w:t>Your rate, initial value and checks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Build a Rule and Graph</w:t>
      </w:r>
    </w:p>
    <w:p>
      <w:pPr>
        <w:pStyle w:val="Heading1"/>
      </w:pPr>
      <w:r>
        <w:t>Connect the rule, points and axes</w:t>
      </w:r>
    </w:p>
    <w:p>
      <w:pPr>
        <w:pStyle w:val="Heading2"/>
      </w:pPr>
      <w:r>
        <w:t>2 A new linear model</w:t>
      </w:r>
    </w:p>
    <w:p>
      <w:r>
        <w:t>For 0 ≤ t ≤ 8, a supplied linear total-water model has points (2, 8) and (6, 18). Find its change rate and value at zero. Complete the table. Write a rule, then plot or describe its graph over the allowed domain.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t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water V (liters)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18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1" name="Picture 1" descr="Blank coordinate grid: horizontal time 0 to 8 minutes, vertical total water 0 to 32 liters; each vertical grid step is 2 liters." title="Connect the rule, points and ax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t>Rule, units and what the zero point means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Build a Rule and Graph</w:t>
      </w:r>
    </w:p>
    <w:p>
      <w:pPr>
        <w:pStyle w:val="Heading1"/>
      </w:pPr>
      <w:r>
        <w:t>Check the rule and the stated domain</w:t>
      </w:r>
    </w:p>
    <w:p>
      <w:pPr>
        <w:pStyle w:val="Heading2"/>
      </w:pPr>
      <w:r>
        <w:t>3 Recover a negative-rate start</w:t>
      </w:r>
    </w:p>
    <w:p>
      <w:r>
        <w:t>For 0 ≤ t ≤ 6, a supplied linear model of water remaining has points (2, 13) and (4, 8), with minutes first. Find m and b, write a rule, and predict the amount at five minutes. Check both original points.</w:t>
      </w:r>
    </w:p>
    <w:p>
      <w:pPr>
        <w:spacing w:after="0"/>
      </w:pPr>
      <w:r>
        <w:t>Your signed rate, start and prediction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4 A zero input outside the model</w:t>
      </w:r>
    </w:p>
    <w:p>
      <w:r>
        <w:t>A supplied linear model is valid only for 2 ≤ t ≤ 8 minutes. Its points are (2, 11) and (5, 17) liters. Find a matching linear expression. Does its algebraic value at t = 0 establish an actual amount at zero minutes under these stated conditions? Explain.</w:t>
      </w:r>
    </w:p>
    <w:p>
      <w:pPr>
        <w:spacing w:after="0"/>
      </w:pPr>
      <w:r>
        <w:t>Expression and model-boundary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Build a Rule and Graph</w:t>
      </w:r>
    </w:p>
    <w:p>
      <w:pPr>
        <w:pStyle w:val="Heading1"/>
      </w:pPr>
      <w:r>
        <w:t>Signed reference values and a zero start</w:t>
      </w:r>
    </w:p>
    <w:p>
      <w:pPr>
        <w:pStyle w:val="Heading2"/>
      </w:pPr>
      <w:r>
        <w:t>Model a temperature below zero</w:t>
      </w:r>
    </w:p>
    <w:p>
      <w:r>
        <w:t>A constructed continuous linear Celsius-temperature model is valid for 0 ≤ t ≤ 6 minutes. Its points are (2, −3) and (4, 1). Rate = [1 − (−3)] ÷ (4 − 2) = 4 ÷ 2 = 2 degrees Celsius per minute. Recover b = −3 − 2 × 2 = −7 degrees Celsius. C = 2t − 7 gives −3 at minute 2 and 1 at minute 4. The start is negative while the rate is positive; their signs describe different quantities.</w:t>
      </w:r>
    </w:p>
    <w:p>
      <w:pPr>
        <w:pStyle w:val="Heading2"/>
      </w:pPr>
      <w:r>
        <w:t>5 Your signed-reference practice</w:t>
      </w:r>
    </w:p>
    <w:p>
      <w:r>
        <w:t>Another supplied continuous linear Celsius-temperature model on 0 ≤ t ≤ 6 gives (1, −2) and (4, 7). Find its rate, value at zero and rule. Verify both observations. Explain what the two signs mean.</w:t>
      </w:r>
    </w:p>
    <w:p>
      <w:pPr>
        <w:spacing w:after="0"/>
      </w:pPr>
      <w:r>
        <w:t>Rate, reference value and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6 Your zero-start practice</w:t>
      </w:r>
    </w:p>
    <w:p>
      <w:r>
        <w:t>A supplied continuous linear total-water model on 0 ≤ t ≤ 6 has points (2, 6) and (5, 15). Find its rate and value at zero. Write and verify a rule. Is this total proportional to elapsed time? Compare it with the constant 9-liter model.</w:t>
      </w:r>
    </w:p>
    <w:p>
      <w:pPr>
        <w:spacing w:after="0"/>
      </w:pPr>
      <w:r>
        <w:t>Rule and proportionality comparison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Rule and Graph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