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Reading: Local Planning Record</w:t>
      </w:r>
    </w:p>
    <w:p>
      <w:r>
        <w:t>G6R01 · v0.1.1 · Shared local planning record</w:t>
      </w:r>
    </w:p>
    <w:p>
      <w:pPr>
        <w:pStyle w:val="Heading1"/>
      </w:pPr>
      <w:r>
        <w:t>Optional local planning record</w:t>
      </w:r>
    </w:p>
    <w:p>
      <w:r>
        <w:t>Use one sheet for one teaching decision. Keep this record locally; do not send student names or work through the website.</w:t>
      </w:r>
    </w:p>
    <w:p>
      <w:r>
        <w:t>Pack and task/version: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Response evidence: what the learner actually said, wrote, pointed to, or selected: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Conditions: text access, support, response mode, time, or other relevant context: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Tentative interpretation: what this response may show, and what remains uncertain: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One next teaching move and why it fits the visible evidence: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New-check task/version and response evidence: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Next decision and limits of this evidence: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rPr>
          <w:sz w:val="18"/>
        </w:rPr>
        <w:t>Shared local record · v0.1.1 · optional; no student upload.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0202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20202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200"/>
      <w:contextualSpacing/>
    </w:pPr>
    <w:rPr>
      <w:rFonts w:ascii="Arial" w:hAnsi="Arial"/>
      <w:color w:val="2020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Reading: Local Planning Record</dc:title>
  <dc:subject>Shared local planning record</dc:subject>
  <dc:creator/>
  <cp:keywords/>
  <dc:description/>
  <cp:lastModifiedBy/>
  <cp:revision>1</cp:revision>
  <dcterms:created xsi:type="dcterms:W3CDTF">2026-09-28T22:57:07Z</dcterms:created>
  <dcterms:modified xsi:type="dcterms:W3CDTF">2026-09-28T22:57:07Z</dcterms:modified>
  <cp:category/>
</cp:coreProperties>
</file>