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Guide: Groups, Comparisons and Shares</w:t>
      </w:r>
    </w:p>
    <w:p>
      <w:pPr>
        <w:pStyle w:val="Heading1"/>
      </w:pPr>
      <w:r>
        <w:t>Read the Reasoning and Choose a Task</w:t>
      </w:r>
    </w:p>
    <w:p>
      <w:pPr>
        <w:pStyle w:val="Heading2"/>
      </w:pPr>
      <w:r>
        <w:t>Keep the evidence separate</w:t>
      </w:r>
    </w:p>
    <w:p>
      <w:pPr>
        <w:pStyle w:val="ListBullet"/>
      </w:pPr>
      <w:r>
        <w:t>Group roles: the total, number of groups and group size are named; the unknown matches the question.</w:t>
      </w:r>
    </w:p>
    <w:p>
      <w:pPr>
        <w:pStyle w:val="ListBullet"/>
      </w:pPr>
      <w:r>
        <w:t>Comparison: the same unit and smaller baseline are clear; copy count and additive difference are distinguished.</w:t>
      </w:r>
    </w:p>
    <w:p>
      <w:pPr>
        <w:pStyle w:val="ListBullet"/>
      </w:pPr>
      <w:r>
        <w:t>Equal sharing: partitions are equal, the reference unit is fixed, and all shares reassemble the total.</w:t>
      </w:r>
    </w:p>
    <w:p>
      <w:pPr>
        <w:pStyle w:val="ListBullet"/>
      </w:pPr>
      <w:r>
        <w:t>Calculation: check the computation separately from the relationship or model. A fact slip need not mean the idea is missing.</w:t>
      </w:r>
    </w:p>
    <w:p>
      <w:pPr>
        <w:pStyle w:val="Heading2"/>
      </w:pPr>
      <w:r>
        <w:t>Use a concrete next task</w:t>
      </w:r>
    </w:p>
    <w:p>
      <w:r>
        <w:t>Clarify: use Name the Quantity You Are Finding when a response answers a different unknown or omits a unit; first check wording and access. Reteach: use the relevant Rebuild Groups and Equal Shares page when unequal groups, additive thinking or an unfixed whole changes the relationship. Continue: use Connect Groups and Comparisons when the models are sound but inverse relationships need consolidation. Extend: use Explain What Changes and What Stays Fixed when the learner can explain roles and the measured whole independently.</w:t>
      </w:r>
    </w:p>
    <w:p>
      <w:pPr>
        <w:pStyle w:val="Heading2"/>
      </w:pPr>
      <w:r>
        <w:t>Look again after teaching</w:t>
      </w:r>
    </w:p>
    <w:p>
      <w:r>
        <w:t>Use the corresponding Follow-Up page after another learning opportunity. Later Revisit and Apply in a New Setting ask for different presentations and amounts; read their own criteria rather than assuming the tasks have identical difficulty. A single response does not establish grade placement or broad mathematics attainment.</w:t>
      </w:r>
    </w:p>
    <w:p>
      <w:pPr>
        <w:pStyle w:val="Heading2"/>
      </w:pPr>
      <w:r>
        <w:t>Access and support</w:t>
      </w:r>
    </w:p>
    <w:p>
      <w:r>
        <w:t>Allow neutral read-aloud, enlarged diagrams, extra time, oral explanation, typing or dictation as appropriate. A calculator can reduce computation demands after the learner has represented the relationship; record this support and do not infer unaided fact fluency. During a check, do not supply the group role, multiplier, partition or unit interpretation. If reasoning support is given, record it and use the response to plan teaching.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Show Your Thinking</w:t>
      </w:r>
    </w:p>
    <w:p>
      <w:r>
        <w:t>For Starting Point: Groups, Comparisons and Shares — Show Your Thinking</w:t>
      </w:r>
    </w:p>
    <w:p>
      <w:pPr>
        <w:pStyle w:val="Heading2"/>
      </w:pPr>
      <w:r>
        <w:t>Question 1</w:t>
      </w:r>
    </w:p>
    <w:p>
      <w:r>
        <w:t>6 counters in each group; 3 groups × 6 counters in each group = 18 counters.</w:t>
      </w:r>
    </w:p>
    <w:p>
      <w:r>
        <w:t>Acceptable explanations and limits: Accept a labeled drawing, repeated addition, or 18 ÷ 3 = 6 with group roles explained. The number 6 alone does not show which role it has.</w:t>
      </w:r>
    </w:p>
    <w:p>
      <w:pPr>
        <w:pStyle w:val="Heading2"/>
      </w:pPr>
      <w:r>
        <w:t>Question 2</w:t>
      </w:r>
    </w:p>
    <w:p>
      <w:r>
        <w:t>3 times as long and 8 cm longer. Three copies of 4 cm make 12 cm; the added length is 12 − 4 = 8 cm.</w:t>
      </w:r>
    </w:p>
    <w:p>
      <w:r>
        <w:t>Acceptable explanations and limits: Accept equivalent explanations showing the 4 cm baseline. Do not treat 8 times as long as correct.</w:t>
      </w:r>
    </w:p>
    <w:p>
      <w:pPr>
        <w:pStyle w:val="Heading2"/>
      </w:pPr>
      <w:r>
        <w:t>Question 3</w:t>
      </w:r>
    </w:p>
    <w:p>
      <w:r>
        <w:t>2/3 m for each project; split each 1 m whole into thirds and give one third from each meter to each project. Three shares of 2/3 m reassemble 2 m.</w:t>
      </w:r>
    </w:p>
    <w:p>
      <w:r>
        <w:t>Acceptable explanations and limits: Accept a continuous 2 m bar split into three equal lengths or a valid division/equation explanation. 2/3 of the entire 2 m ribbon is a different amount; the reference unit must be clear.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Try It: Groups of Counters and Beads</w:t>
      </w:r>
    </w:p>
    <w:p>
      <w:r>
        <w:t>For Equal Groups, Comparisons and Shares — Try It: Groups of Counters and Beads</w:t>
      </w:r>
    </w:p>
    <w:p>
      <w:pPr>
        <w:pStyle w:val="Heading2"/>
      </w:pPr>
      <w:r>
        <w:t>Question 1</w:t>
      </w:r>
    </w:p>
    <w:p>
      <w:r>
        <w:t>5 counters in each group; 4 groups × 5 counters in each group = 20 counters.</w:t>
      </w:r>
    </w:p>
    <w:p>
      <w:r>
        <w:t>Acceptable explanations and limits: A labeled array, equal sets or repeated addition is acceptable. Swapping factors preserves the product, but the story roles still need labels.</w:t>
      </w:r>
    </w:p>
    <w:p>
      <w:pPr>
        <w:pStyle w:val="Heading2"/>
      </w:pPr>
      <w:r>
        <w:t>Question 2</w:t>
      </w:r>
    </w:p>
    <w:p>
      <w:r>
        <w:t>4 groups. In question 1, 4 is the given number of groups and 5 is the unknown size. Here 5 is the given size and 4 is the unknown number of groups.</w:t>
      </w:r>
    </w:p>
    <w:p>
      <w:r>
        <w:t>Acceptable explanations and limits: Accept 20 ÷ 5 = 4 with role labels. The same drawing can represent both questions if the unknown role is identified.</w:t>
      </w:r>
    </w:p>
    <w:p>
      <w:pPr>
        <w:pStyle w:val="Heading2"/>
      </w:pPr>
      <w:r>
        <w:t>Question 3</w:t>
      </w:r>
    </w:p>
    <w:p>
      <w:r>
        <w:t>Each of 5 bags has 4 beads, so 5 × 4 = 20 beads. Adding the bag count to the bead count does not represent all the beads.</w:t>
      </w:r>
    </w:p>
    <w:p>
      <w:r>
        <w:t>Acceptable explanations and limits: Accept five repeated groups or 4 + 4 + 4 + 4 + 4. Explain the quantities rather than only naming the wrong operation.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Try It: Two Ways to Compare</w:t>
      </w:r>
    </w:p>
    <w:p>
      <w:r>
        <w:t>For Equal Groups, Comparisons and Shares — Try It: Two Ways to Compare</w:t>
      </w:r>
    </w:p>
    <w:p>
      <w:pPr>
        <w:pStyle w:val="Heading2"/>
      </w:pPr>
      <w:r>
        <w:t>Question 1</w:t>
      </w:r>
    </w:p>
    <w:p>
      <w:r>
        <w:t>3 times as long; 10 cm longer. Three 5 cm copies make 15 cm; 15 − 5 = 10 cm.</w:t>
      </w:r>
    </w:p>
    <w:p>
      <w:r>
        <w:t>Acceptable explanations and limits: Both strips use centimeters and the baseline is the 5 cm strip. A tape drawing or labeled equations are acceptable.</w:t>
      </w:r>
    </w:p>
    <w:p>
      <w:pPr>
        <w:pStyle w:val="Heading2"/>
      </w:pPr>
      <w:r>
        <w:t>Question 2</w:t>
      </w:r>
    </w:p>
    <w:p>
      <w:r>
        <w:t>12 cm; the strip has the length of four 3 cm copies.</w:t>
      </w:r>
    </w:p>
    <w:p>
      <w:r>
        <w:t>Acceptable explanations and limits: Accept 4 × 3 cm = 12 cm. 4 means the number of copies, not 4 cm of added length.</w:t>
      </w:r>
    </w:p>
    <w:p>
      <w:pPr>
        <w:pStyle w:val="Heading2"/>
      </w:pPr>
      <w:r>
        <w:t>Question 3</w:t>
      </w:r>
    </w:p>
    <w:p>
      <w:r>
        <w:t>18 cm is 12 cm more than 6 cm. The long strip is 3 times as long because 3 × 6 cm = 18 cm.</w:t>
      </w:r>
    </w:p>
    <w:p>
      <w:r>
        <w:t>Acceptable explanations and limits: Accept an explanation using the common 6 cm baseline. The difference and multiplier are distinct comparisons.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Try It: Measured Shares</w:t>
      </w:r>
    </w:p>
    <w:p>
      <w:r>
        <w:t>For Equal Groups, Comparisons and Shares — Try It: Measured Shares</w:t>
      </w:r>
    </w:p>
    <w:p>
      <w:pPr>
        <w:pStyle w:val="Heading2"/>
      </w:pPr>
      <w:r>
        <w:t>Question 1</w:t>
      </w:r>
    </w:p>
    <w:p>
      <w:r>
        <w:t>Each project receives 2/3 m. Divide each 1 m into thirds, giving two 1/3 m pieces to each project, or split a labeled 2 m bar into 3 equal shares.</w:t>
      </w:r>
    </w:p>
    <w:p>
      <w:r>
        <w:t>Acceptable explanations and limits: Accept 2 ÷ 3 = 2/3 m, a bar/number line or recombination. Distinguish a fraction of 1 m from a fraction of the entire 2 m amount.</w:t>
      </w:r>
    </w:p>
    <w:p>
      <w:pPr>
        <w:pStyle w:val="Heading2"/>
      </w:pPr>
      <w:r>
        <w:t>Question 2</w:t>
      </w:r>
    </w:p>
    <w:p>
      <w:r>
        <w:t>5/4 L, or 1 1/4 L, in each portion; 4 × 5/4 L = 5 L. Each 1 L can be divided into fourths, and one fourth from each of the 5 liters gives 5/4 L.</w:t>
      </w:r>
    </w:p>
    <w:p>
      <w:r>
        <w:t>Acceptable explanations and limits: A measured amount may be partitioned. Accept a consistent labeled model; 4/5 L would use only 16/5 L in four portions.</w:t>
      </w:r>
    </w:p>
    <w:p>
      <w:pPr>
        <w:pStyle w:val="Heading2"/>
      </w:pPr>
      <w:r>
        <w:t>Question 3</w:t>
      </w:r>
    </w:p>
    <w:p>
      <w:r>
        <w:t>No. They are unequal; a half-meter share requires two equal 1/2 m parts of the 1 m whole.</w:t>
      </w:r>
    </w:p>
    <w:p>
      <w:r>
        <w:t>Acceptable explanations and limits: The two parts use all the strip but are not equal shares. Do not accept a denominator determined only by counting pieces.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Groups and Comparisons</w:t>
      </w:r>
    </w:p>
    <w:p>
      <w:r>
        <w:t>For Check: Groups, Comparisons and Equal Shares — Groups and Comparisons</w:t>
      </w:r>
    </w:p>
    <w:p>
      <w:pPr>
        <w:pStyle w:val="Heading2"/>
      </w:pPr>
      <w:r>
        <w:t>Question 1</w:t>
      </w:r>
    </w:p>
    <w:p>
      <w:r>
        <w:t>First: 4 buttons in each pile, 6 × 4 = 24. Second: 4 piles, 4 × 6 = 24. Both calculations are 24 ÷ 6 = 4, but the 6 and the answer have different roles.</w:t>
      </w:r>
    </w:p>
    <w:p>
      <w:r>
        <w:t>Acceptable explanations and limits: Accept labeled drawings/words/equations. Equal numerical answers do not make pile count and pile size the same quantity.</w:t>
      </w:r>
    </w:p>
    <w:p>
      <w:pPr>
        <w:pStyle w:val="Heading2"/>
      </w:pPr>
      <w:r>
        <w:t>Question 2</w:t>
      </w:r>
    </w:p>
    <w:p>
      <w:r>
        <w:t>3 times as long, because 3 × 7 cm = 21 cm; 14 cm longer, because 21 − 7 = 14 cm.</w:t>
      </w:r>
    </w:p>
    <w:p>
      <w:r>
        <w:t>Acceptable explanations and limits: Accept three same-length copies and an extra-length segment. Require a clear baseline and units for the difference.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Equal Shares of a Measured Amount</w:t>
      </w:r>
    </w:p>
    <w:p>
      <w:r>
        <w:t>For Check: Groups, Comparisons and Equal Shares — Equal Shares of a Measured Amount</w:t>
      </w:r>
    </w:p>
    <w:p>
      <w:pPr>
        <w:pStyle w:val="Heading2"/>
      </w:pPr>
      <w:r>
        <w:t>Question 1</w:t>
      </w:r>
    </w:p>
    <w:p>
      <w:r>
        <w:t>4/3 m, or 1 1/3 m, each. Each 1 m divided into thirds supplies four 1/3 m parts to each project; 3 × 4/3 m = 4 m.</w:t>
      </w:r>
    </w:p>
    <w:p>
      <w:r>
        <w:t>Acceptable explanations and limits: A labeled 4 m bar split into three equal parts is valid. The share is 1/3 of the total 4 m amount, but 4/3 of the 1 m unit. Make that distinction explicit.</w:t>
      </w:r>
    </w:p>
    <w:p>
      <w:pPr>
        <w:pStyle w:val="Heading2"/>
      </w:pPr>
      <w:r>
        <w:t>Question 2</w:t>
      </w:r>
    </w:p>
    <w:p>
      <w:r>
        <w:t>No. All portions sum to 1 L, but they are unequal; equal thirds would each be 1/3 L. Counting portions alone does not establish equal sharing.</w:t>
      </w:r>
    </w:p>
    <w:p>
      <w:r>
        <w:t>Acceptable explanations and limits: Accept a labeled comparison of the amounts. The repeated quarter-liter portions do not make all three equal.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Return to the Lesson Amounts</w:t>
      </w:r>
    </w:p>
    <w:p>
      <w:r>
        <w:t>For Connect Groups and Comparisons — Return to the Lesson Amounts</w:t>
      </w:r>
    </w:p>
    <w:p>
      <w:pPr>
        <w:pStyle w:val="Heading2"/>
      </w:pPr>
      <w:r>
        <w:t>Question 1</w:t>
      </w:r>
    </w:p>
    <w:p>
      <w:r>
        <w:t>4 × 5 = 20; 20 ÷ 4 = 5 finds counters in each of 4 groups; 20 ÷ 5 = 4 finds groups of 5 counters.</w:t>
      </w:r>
    </w:p>
    <w:p>
      <w:r>
        <w:t>Acceptable explanations and limits: Equivalently use factor order 5 × 4 with roles labeled. The inverse calculations alone need interpretation.</w:t>
      </w:r>
    </w:p>
    <w:p>
      <w:pPr>
        <w:pStyle w:val="Heading2"/>
      </w:pPr>
      <w:r>
        <w:t>Question 2</w:t>
      </w:r>
    </w:p>
    <w:p>
      <w:r>
        <w:t>15 ÷ 5 = 3 counts 5 cm copies. The difference is 15 − 5 = 10 cm; 3 is a count of copies, not the extra length.</w:t>
      </w:r>
    </w:p>
    <w:p>
      <w:r>
        <w:t>Acceptable explanations and limits: Accept a labeled tape drawing and explanation rather than a preferred equation form.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Make the Question Clear</w:t>
      </w:r>
    </w:p>
    <w:p>
      <w:r>
        <w:t>For Name the Quantity You Are Finding — Make the Question Clear</w:t>
      </w:r>
    </w:p>
    <w:p>
      <w:pPr>
        <w:pStyle w:val="Heading2"/>
      </w:pPr>
      <w:r>
        <w:t>Question 1</w:t>
      </w:r>
    </w:p>
    <w:p>
      <w:r>
        <w:t>Total 20 counters; 4 counts groups; find counters in each group: 5.</w:t>
      </w:r>
    </w:p>
    <w:p>
      <w:r>
        <w:t>Acceptable explanations and limits: Neutral clarification of the question is allowed, but do not supply the role during an independent check.</w:t>
      </w:r>
    </w:p>
    <w:p>
      <w:pPr>
        <w:pStyle w:val="Heading2"/>
      </w:pPr>
      <w:r>
        <w:t>Question 2</w:t>
      </w:r>
    </w:p>
    <w:p>
      <w:r>
        <w:t>Total 2 m; each project receives a share; the answer describes length for one project: 2/3 m.</w:t>
      </w:r>
    </w:p>
    <w:p>
      <w:r>
        <w:t>Acceptable explanations and limits: Accept a correct fixed-unit drawing and oral response. Bare 2/3 needs a named length/unit.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Model the Unknown Group Role</w:t>
      </w:r>
    </w:p>
    <w:p>
      <w:r>
        <w:t>For Rebuild Groups and Equal Shares — Model the Unknown Group Role</w:t>
      </w:r>
    </w:p>
    <w:p>
      <w:pPr>
        <w:pStyle w:val="Heading2"/>
      </w:pPr>
      <w:r>
        <w:t>Question 1</w:t>
      </w:r>
    </w:p>
    <w:p>
      <w:r>
        <w:t>5 counters in each group; 3 groups × 5 counters = 15. The long strip is 5 times as long and 12 cm longer than the 3 cm strip.</w:t>
      </w:r>
    </w:p>
    <w:p>
      <w:r>
        <w:t>Acceptable explanations and limits: Require roles/baseline and distinguish copies from difference; drawing and oral alternatives are acceptable.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Model an Equal Fractional Share</w:t>
      </w:r>
    </w:p>
    <w:p>
      <w:r>
        <w:t>For Rebuild Groups and Equal Shares — Model an Equal Fractional Share</w:t>
      </w:r>
    </w:p>
    <w:p>
      <w:pPr>
        <w:pStyle w:val="Heading2"/>
      </w:pPr>
      <w:r>
        <w:t>Question 1</w:t>
      </w:r>
    </w:p>
    <w:p>
      <w:r>
        <w:t>2/5 L each. Split each of two 1 L wholes into fifths; each portion gets two 1/5 L parts. Five portions of 2/5 L use all 2 L.</w:t>
      </w:r>
    </w:p>
    <w:p>
      <w:r>
        <w:t>Acceptable explanations and limits: Accept a labeled continuous bar or equation/model. 5/2 L is not a share of this 2 L total.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Compare Two Arrangements</w:t>
      </w:r>
    </w:p>
    <w:p>
      <w:r>
        <w:t>For Explain What Changes and What Stays Fixed — Compare Two Arrangements</w:t>
      </w:r>
    </w:p>
    <w:p>
      <w:pPr>
        <w:pStyle w:val="Heading2"/>
      </w:pPr>
      <w:r>
        <w:t>Question 1</w:t>
      </w:r>
    </w:p>
    <w:p>
      <w:r>
        <w:t>Sizes are 5 and 2 counters. The same 20 counters are split among more groups, so each group is smaller; 4 × 5 = 10 × 2 = 20.</w:t>
      </w:r>
    </w:p>
    <w:p>
      <w:r>
        <w:t>Acceptable explanations and limits: No requirement to generalize beyond the stated equal-group arrangements. Keep the fixed total explicit.</w:t>
      </w:r>
    </w:p>
    <w:p>
      <w:pPr>
        <w:pStyle w:val="Heading2"/>
      </w:pPr>
      <w:r>
        <w:t>Question 2</w:t>
      </w:r>
    </w:p>
    <w:p>
      <w:r>
        <w:t>Yes. One third of the whole 2 m amount is 2/3 m. With 1 m as the reference whole, that share contains two thirds of one meter.</w:t>
      </w:r>
    </w:p>
    <w:p>
      <w:r>
        <w:t>Acceptable explanations and limits: Accept a precise explanation with two different reference wholes. A bare yes or mixing the reference units is insufficient.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Groups and Length Comparisons</w:t>
      </w:r>
    </w:p>
    <w:p>
      <w:r>
        <w:t>For Follow-Up: Explain Groups and Shares — Groups and Length Comparisons</w:t>
      </w:r>
    </w:p>
    <w:p>
      <w:pPr>
        <w:pStyle w:val="Heading2"/>
      </w:pPr>
      <w:r>
        <w:t>Question 1</w:t>
      </w:r>
    </w:p>
    <w:p>
      <w:r>
        <w:t>First 6 marbles in each bag; later 6 bags. 30 ÷ 5 = 6 answers different unknown roles in the two stories.</w:t>
      </w:r>
    </w:p>
    <w:p>
      <w:r>
        <w:t>Acceptable explanations and limits: Accept labeled models/equations. Do not merge number of bags with marbles in a bag.</w:t>
      </w:r>
    </w:p>
    <w:p>
      <w:pPr>
        <w:pStyle w:val="Heading2"/>
      </w:pPr>
      <w:r>
        <w:t>Question 2</w:t>
      </w:r>
    </w:p>
    <w:p>
      <w:r>
        <w:t>4 times as long; 27 cm longer. Four 9 cm copies make 36 cm, and the extra length is 36 − 9 = 27 cm.</w:t>
      </w:r>
    </w:p>
    <w:p>
      <w:r>
        <w:t>Acceptable explanations and limits: Require the 9 cm baseline. Copy count is not a length unit.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Fractional Length Shares</w:t>
      </w:r>
    </w:p>
    <w:p>
      <w:r>
        <w:t>For Follow-Up: Explain Groups and Shares — Fractional Length Shares</w:t>
      </w:r>
    </w:p>
    <w:p>
      <w:pPr>
        <w:pStyle w:val="Heading2"/>
      </w:pPr>
      <w:r>
        <w:t>Question 1</w:t>
      </w:r>
    </w:p>
    <w:p>
      <w:r>
        <w:t>5/3 m, or 1 2/3 m, each. Split each meter into thirds; each project gets five 1/3 m parts. Three shares reassemble 5 m.</w:t>
      </w:r>
    </w:p>
    <w:p>
      <w:r>
        <w:t>Acceptable explanations and limits: Accept equivalent labeled models. The fraction is of one meter, not 5/3 of the entire ribbon.</w:t>
      </w:r>
    </w:p>
    <w:p>
      <w:pPr>
        <w:pStyle w:val="Heading2"/>
      </w:pPr>
      <w:r>
        <w:t>Question 2</w:t>
      </w:r>
    </w:p>
    <w:p>
      <w:r>
        <w:t>No. The parts are unequal although they sum to 1 m. All three would have to be equal lengths of 1/3 m.</w:t>
      </w:r>
    </w:p>
    <w:p>
      <w:r>
        <w:t>Acceptable explanations and limits: A visual/model-based comparison is sufficient; do not require fraction addition fluency to explain unequal shares.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Show the Roles and the Unit</w:t>
      </w:r>
    </w:p>
    <w:p>
      <w:r>
        <w:t>For Revisit Groups and Measured Shares — Show the Roles and the Unit</w:t>
      </w:r>
    </w:p>
    <w:p>
      <w:pPr>
        <w:pStyle w:val="Heading2"/>
      </w:pPr>
      <w:r>
        <w:t>Question 1</w:t>
      </w:r>
    </w:p>
    <w:p>
      <w:r>
        <w:t>4 groups of 7 tiles. If 7 is the number of groups, the question asks for 4 tiles in each group instead.</w:t>
      </w:r>
    </w:p>
    <w:p>
      <w:r>
        <w:t>Acceptable explanations and limits: The same numerical division has distinct role interpretations; accept labeled equations or drawings.</w:t>
      </w:r>
    </w:p>
    <w:p>
      <w:pPr>
        <w:pStyle w:val="Heading2"/>
      </w:pPr>
      <w:r>
        <w:t>Question 2</w:t>
      </w:r>
    </w:p>
    <w:p>
      <w:r>
        <w:t>3/5 L each; one whole in the fractional answer is 1 L. Each portion gets one fifth from each of 3 liters, and five portions use all 3 L.</w:t>
      </w:r>
    </w:p>
    <w:p>
      <w:r>
        <w:t>Acceptable explanations and limits: Accept a correctly labeled bar/number line. 1/5 of the total is also valid when connected to 3/5 L.</w:t>
      </w:r>
    </w:p>
    <w:p>
      <w:r>
        <w:br w:type="page"/>
      </w:r>
    </w:p>
    <w:p>
      <w:pPr>
        <w:pStyle w:val="Title"/>
      </w:pPr>
      <w:r>
        <w:t>Teacher Guide: Groups, Comparisons and Shares</w:t>
      </w:r>
    </w:p>
    <w:p>
      <w:pPr>
        <w:pStyle w:val="Heading1"/>
      </w:pPr>
      <w:r>
        <w:t>Answers: Plan the Display Materials</w:t>
      </w:r>
    </w:p>
    <w:p>
      <w:r>
        <w:t>For Apply Groups and Shares to a Display Plan — Plan the Display Materials</w:t>
      </w:r>
    </w:p>
    <w:p>
      <w:pPr>
        <w:pStyle w:val="Heading2"/>
      </w:pPr>
      <w:r>
        <w:t>Question 1</w:t>
      </w:r>
    </w:p>
    <w:p>
      <w:r>
        <w:t>4 panels; 4 groups of 8 labels use all 32 labels.</w:t>
      </w:r>
    </w:p>
    <w:p>
      <w:r>
        <w:t>Acceptable explanations and limits: Accept an array/equation/words with group roles.</w:t>
      </w:r>
    </w:p>
    <w:p>
      <w:pPr>
        <w:pStyle w:val="Heading2"/>
      </w:pPr>
      <w:r>
        <w:t>Question 2</w:t>
      </w:r>
    </w:p>
    <w:p>
      <w:r>
        <w:t>5/4 m, or 1 1/4 m, each; 4 × 5/4 m = 5 m.</w:t>
      </w:r>
    </w:p>
    <w:p>
      <w:r>
        <w:t>Acceptable explanations and limits: Accept a fixed-unit model; this is equal length sharing, not a measurement taken from an actual display.</w:t>
      </w:r>
    </w:p>
    <w:p>
      <w:pPr>
        <w:pStyle w:val="Heading2"/>
      </w:pPr>
      <w:r>
        <w:t>Question 3</w:t>
      </w:r>
    </w:p>
    <w:p>
      <w:r>
        <w:t>4 times as wide and 18 cm wider; four 6 cm copies make 24 cm, while 24 − 6 = 18 cm.</w:t>
      </w:r>
    </w:p>
    <w:p>
      <w:r>
        <w:t>Acceptable explanations and limits: The 6 cm width is the baseline; do not claim area grows by 4 from a width comparison.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Guide: Groups, Comparisons and Shares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