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an Inference from a Guess</w:t>
      </w:r>
    </w:p>
    <w:p>
      <w:r>
        <w:t>Classroom copy · 1 October 2026</w:t>
      </w:r>
    </w:p>
    <w:p>
      <w:r>
        <w:t>Distinguish a directly stated detail, an inference supported by text, and an unsupported guess; explain how a detail supports an inference; and compare two defensible possibilities while naming what the text does not establish.</w:t>
      </w:r>
    </w:p>
    <w:p>
      <w:pPr>
        <w:pageBreakBefore/>
      </w:pPr>
    </w:p>
    <w:p>
      <w:pPr>
        <w:pStyle w:val="Heading1"/>
        <w:spacing w:before="0"/>
      </w:pPr>
      <w:r>
        <w:t>Detail, inference, or unsupported guess?</w:t>
      </w:r>
    </w:p>
    <w:p>
      <w:r>
        <w:t>Detail: something the passage states directly. You can point to the words that say it.</w:t>
        <w:br/>
        <w:t>Inference: a reasonable idea the passage does not state word-for-word. Support it with an accurate, relevant detail and explain the connection. A detail can make an inference reasonable without proving it.</w:t>
        <w:br/>
        <w:t>Unsupported guess: a possible idea for which the passage gives no accurate, relevant support. A guess may turn out to be true, but this passage does not give readers a reason to choose it.</w:t>
        <w:br/>
        <w:t>Two readers may offer different inferences when each one fits the text. Check: What does the passage say? What might that suggest? How does the detail connect to the idea? What remains uncertain?</w:t>
      </w:r>
    </w:p>
    <w:p>
      <w:pPr>
        <w:pageBreakBefore/>
      </w:pPr>
    </w:p>
    <w:p>
      <w:pPr>
        <w:pStyle w:val="Heading1"/>
        <w:spacing w:before="0"/>
      </w:pPr>
      <w:r>
        <w:t>Remy checks the poster</w:t>
      </w:r>
    </w:p>
    <w:p>
      <w:r>
        <w:t>Invented instructional example.</w:t>
      </w:r>
    </w:p>
    <w:p>
      <w:r>
        <w:t>Before the school art show, Remy carried a poster to the display wall. One corner curled away from the tape. Remy pressed two fresh strips over the corner and stepped back to the doorway. Remy tilted their head, then looked once more at the corner.</w:t>
      </w:r>
    </w:p>
    <w:p>
      <w:pPr>
        <w:pStyle w:val="Heading1"/>
      </w:pPr>
      <w:r>
        <w:t>Modeled</w:t>
      </w:r>
    </w:p>
    <w:p>
      <w:r>
        <w:t>Read “Remy checks the poster.” Identify one detail the passage states directly. What might Remy be checking? Give one inference, point to a detail, and explain the connection. Name a second possible inference that also fits, one unsupported guess, and one thing the passage does not establish. Then compare your thinking with the model.</w:t>
      </w:r>
    </w:p>
    <w:p>
      <w:pPr>
        <w:ind w:left="216"/>
      </w:pPr>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pPr>
        <w:pageBreakBefore/>
      </w:pPr>
    </w:p>
    <w:p>
      <w:pPr>
        <w:pStyle w:val="Heading1"/>
        <w:spacing w:before="0"/>
      </w:pPr>
      <w:r>
        <w:t>The leaning bean plant</w:t>
      </w:r>
    </w:p>
    <w:p>
      <w:r>
        <w:t>Invented instructional example.</w:t>
      </w:r>
    </w:p>
    <w:p>
      <w:r>
        <w:t>After recess, Mina and Theo stopped beside a bean plant in the school garden. From the path, Mina noticed one stem leaning toward the edge of its wooden raised bed. A green twist tie still looped around the stem. Theo crouched across the bed and spotted a thin wooden support stick lying on the soil, its pointed end near the rim. A few leaves rested on the soil. A garden log said the table next to the bed had been moved so it could be cleaned after lunch. Mina said, “Maybe the plant needs a new support.” Theo said, “Maybe the plant was bumped when the table moved.” They left the plant in place and asked their teacher to look with them.</w:t>
      </w:r>
    </w:p>
    <w:p>
      <w:pPr>
        <w:pStyle w:val="Heading1"/>
      </w:pPr>
      <w:r>
        <w:t>Guided</w:t>
      </w:r>
    </w:p>
    <w:p>
      <w:r>
        <w:t>With a partner, use “The leaning bean plant.” First, underline two details that the passage states directly. Classify “one stem is leaning” as a detail, “the plant may need new support” as an inference, and “someone broke it on purpose” as a guess unless you find support in the text. Then compare Mina’s and Theo’s ideas. What detail supports each one? Explain why both may be possible and name one thing the passage does not establish. Use the passage, not the slide illustration, as evidence.</w:t>
      </w:r>
    </w:p>
    <w:p>
      <w:r>
        <w:t>Partner notes</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2026-09-25T12:03:22Z</dcterms:created>
  <dcterms:modified xsi:type="dcterms:W3CDTF">2026-09-25T12:03:22Z</dcterms:modified>
  <cp:category/>
  <cp:version/>
  <dc:identifier/>
</cp:coreProperties>
</file>