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Later transfer: archive and exhibition: roles</w:t>
      </w:r>
    </w:p>
    <w:p>
      <w:r>
        <w:t>Classroom copy · 1 October 2026</w:t>
      </w:r>
    </w:p>
    <w:p>
      <w:r>
        <w:t>All situations, people, observations and counts in this selection are invented for practice, not research or actual classroom results.</w:t>
      </w:r>
    </w:p>
    <w:p>
      <w:r>
        <w:t>Use only the supplied information. Your position is not scored. Write, type, point and explain, or dictate as agreed with your teacher. Use extra labeled paper if needed.</w:t>
      </w:r>
    </w:p>
    <w:p>
      <w:r>
        <w:t>Read the situation and explain your own reasoning. Ask your teacher if you need the text read aloud, larger print, more time, or another way to respond.</w:t>
      </w:r>
    </w:p>
    <w:p>
      <w:pPr>
        <w:pStyle w:val="Heading1"/>
      </w:pPr>
      <w:r>
        <w:t>Archive index</w:t>
      </w:r>
    </w:p>
    <w:p>
      <w:r>
        <w:t>A. A room-name index can help visitors locate recordings about a room without listening to every recording. B. The invented community archive should add a room-name index to its audio tour. C. The archive offers audio recordings in two languages. D. In an invented test with 16 visitors, 12 used a room-name index to select the recording about a room they wanted.</w:t>
      </w:r>
    </w:p>
    <w:p>
      <w:r>
        <w:t>Classify every labeled statement by its job here: claim, reason, specific relevant evidence, or unrelated detail. Explain how the evidence supports the reason and how the reason supports the claim. Give one limit on what the evidence shows. A detail about the same topic is not automatically relevant; limited evidence is not automatically unrelated.</w:t>
      </w:r>
    </w:p>
    <w:p>
      <w:r>
        <w:t>Label A–D and explain each statement’s job. Continue your reasoning on the next page.</w:t>
      </w:r>
    </w:p>
    <w:p>
      <w:r>
        <w:t>A: ____ B: ____ C: ____ D: ____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t>Mentor Teaching</w:t>
      </w:r>
    </w:p>
    <w:p>
      <w:r>
        <w:br w:type="page"/>
      </w:r>
    </w:p>
    <w:p>
      <w:pPr>
        <w:pStyle w:val="Title"/>
      </w:pPr>
      <w:r>
        <w:t>Explain the argument links</w:t>
      </w:r>
    </w:p>
    <w:p>
      <w:r>
        <w:t>Classroom copy · 1 October 2026</w:t>
      </w:r>
    </w:p>
    <w:p>
      <w:r>
        <w:t>Use Archive index from the preceding page. Use statement letters or accurate paraphrases.</w:t>
      </w:r>
    </w:p>
    <w:p>
      <w:pPr>
        <w:pStyle w:val="Heading1"/>
      </w:pPr>
      <w:r>
        <w:t>Evidence to reason, then reason to claim</w:t>
      </w:r>
    </w:p>
    <w:p>
      <w:r>
        <w:t>Explain both links, including why the unrelated detail has no stated link.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A relevant limit</w:t>
      </w:r>
    </w:p>
    <w:p>
      <w:r>
        <w:t>Name what the supplied evidence does not show; say why that limit does not by itself make the evidence irrelevant.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t>Mentor Teaching</w:t>
      </w:r>
    </w:p>
    <w:p>
      <w:r>
        <w:br w:type="page"/>
      </w:r>
    </w:p>
    <w:p>
      <w:pPr>
        <w:pStyle w:val="Title"/>
      </w:pPr>
      <w:r>
        <w:t>Represent and answer the other view</w:t>
      </w:r>
    </w:p>
    <w:p>
      <w:r>
        <w:t>Classroom copy · 1 October 2026</w:t>
      </w:r>
    </w:p>
    <w:p>
      <w:r>
        <w:t>All situations, people, observations and counts in this selection are invented for practice, not research or actual classroom results.</w:t>
      </w:r>
    </w:p>
    <w:p>
      <w:pPr>
        <w:pStyle w:val="Heading1"/>
      </w:pPr>
      <w:r>
        <w:t>Exhibit explanations</w:t>
      </w:r>
    </w:p>
    <w:p>
      <w:r>
        <w:t>In an invented community exhibition, Tess proposes live explanations at each object station so visitors can ask questions. Omi says: “Visitors arriving between explanations may miss them, and a live explanation may be hard to hear in a busy room. Printed explanation cards at the objects could be another option.” No visitor survey, schedule or hearing test is supplied.</w:t>
      </w:r>
    </w:p>
    <w:p>
      <w:r>
        <w:t>Write a fair reply. Accurately state at least one main concern and the speaker’s stated alternative; other concerns may be omitted. Explain why your selected concern matters and connect your reply to it. Give a related reason, practical change, agreement or qualification, and one remaining limit. Make your reasoning clear. You may support either option or propose a qualified response.</w:t>
      </w:r>
    </w:p>
    <w:p>
      <w:r>
        <w:t>Plan your reply below. Continue on the next page.</w:t>
      </w:r>
    </w:p>
    <w:p>
      <w:pPr>
        <w:pStyle w:val="Heading1"/>
      </w:pPr>
      <w:r>
        <w:t>One main concern and the stated alternative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Why the concern matters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t>Mentor Teaching</w:t>
      </w:r>
    </w:p>
    <w:p>
      <w:r>
        <w:br w:type="page"/>
      </w:r>
    </w:p>
    <w:p>
      <w:pPr>
        <w:pStyle w:val="Title"/>
      </w:pPr>
      <w:r>
        <w:t>Your reasoned reply and remaining limit</w:t>
      </w:r>
    </w:p>
    <w:p>
      <w:r>
        <w:t>Classroom copy · 1 October 2026</w:t>
      </w:r>
    </w:p>
    <w:p>
      <w:r>
        <w:t>Use Exhibit explanations from the preceding page. Your reply can agree, disagree or qualify; your position is not scored.</w:t>
      </w:r>
    </w:p>
    <w:p>
      <w:pPr>
        <w:pStyle w:val="Heading1"/>
      </w:pPr>
      <w:r>
        <w:t>Connected reply</w:t>
      </w:r>
    </w:p>
    <w:p>
      <w:r>
        <w:t>Explain how your response addresses the selected concern. Name a remaining limit. You may combine the concern, alternative and importance with this reply.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Check clarity</w:t>
      </w:r>
    </w:p>
    <w:p>
      <w:r>
        <w:t>Can a reader identify your selected concern, the stated alternative, the link to your response, and the remaining limit? Revise if needed.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t>Mentor Teaching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Liberation Sans" w:hAnsi="Liberation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Later transfer: archive and exhibition: roles</dc:title>
  <dc:subject>Classroom teaching resource</dc:subject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  <cp:version/>
  <dc:identifier/>
</cp:coreProperties>
</file>