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short check</w:t>
      </w:r>
    </w:p>
    <w:p>
      <w:r>
        <w:t>Find a unit rate — short 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Independent task 1</w:t>
      </w:r>
    </w:p>
    <w:p>
      <w:r>
        <w:t>A machine produces 35 stickers in 5 minutes at a constant rate. Find stickers per minute and explain the meaning of your answer. Show why your operation matches the requested units.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Find a unit rate — short check</w:t>
      </w:r>
    </w:p>
    <w:p>
      <w:r>
        <w:t>Find a unit rate — short 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Independent task 2</w:t>
      </w:r>
    </w:p>
    <w:p>
      <w:r>
        <w:t>At a constant rate a hose supplies 5 liters in 2 minutes. Find liters per minute. Then find minutes per liter. Explain why the unit labels differ.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short check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