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Find a unit rate — readiness</w:t>
      </w:r>
    </w:p>
    <w:p>
      <w:r>
        <w:t>Find a unit rate — readiness · page 1 of 1</w:t>
      </w:r>
    </w:p>
    <w:p>
      <w:r>
        <w:t>Explain your thinking.</w:t>
      </w:r>
    </w:p>
    <w:p>
      <w:pPr>
        <w:pStyle w:val="Heading2"/>
      </w:pPr>
      <w:r>
        <w:t>Readiness task</w:t>
      </w:r>
    </w:p>
    <w:p>
      <w:r>
        <w:t>A club puts 12 cards into 3 equal packs. Write cards:packs in that order. How many cards are in each equal pack? Explain how both quantities change when you describe 1 pack.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unit rate — readiness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