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Compare unit rates — clarify</w:t>
      </w:r>
    </w:p>
    <w:p>
      <w:r>
        <w:t>Compare unit rates — clarify · page 1 of 1</w:t>
      </w:r>
    </w:p>
    <w:p>
      <w:pPr>
        <w:pStyle w:val="Heading2"/>
      </w:pPr>
      <w:r>
        <w:t>Clarify task</w:t>
      </w:r>
    </w:p>
    <w:p>
      <w:r>
        <w:t>Machine A prints 16 tickets in 4 minutes; machine B prints 18 tickets in 3 minutes, each at a constant rate. Find tickets per minute for both. Explain orally, in writing or in a labeled table which is faster and why.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unit rates — clarify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