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Check: arguments and fair replies: roles</w:t>
      </w:r>
    </w:p>
    <w:p>
      <w:r>
        <w:t>C08 · v1.0.0 · student/check-only · page 1 of 4</w:t>
      </w:r>
    </w:p>
    <w:p>
      <w:r>
        <w:t>All situations, people, observations and counts in this selection are invented for practice, not research or actual classroom results.</w:t>
      </w:r>
    </w:p>
    <w:p>
      <w:r>
        <w:t>Use only the supplied information. Your position is not scored. Write, type, point and explain, or dictate as agreed with your teacher. Use extra labeled paper if needed.</w:t>
      </w:r>
    </w:p>
    <w:p>
      <w:r>
        <w:t>Work without teacher answers or another person choosing your reasoning. A neutral read-aloud, extra time, larger text, dictation or typing may be used; record the support. If someone explains a role or suggests a reply, record that help and treat the work as supported practice.</w:t>
      </w:r>
    </w:p>
    <w:p>
      <w:pPr>
        <w:pStyle w:val="Heading1"/>
      </w:pPr>
      <w:r>
        <w:t>Tool labels</w:t>
      </w:r>
    </w:p>
    <w:p>
      <w:r>
        <w:t>A. In an invented one-afternoon session, 11 of 14 club members returned a paper punch to its assigned tray after reading a tool-name label. B. The craft club should label its tool trays with tool names. C. The club’s noticeboard lists four upcoming craft meetings. D. Tool-name labels can help members find the assigned place when returning tools.</w:t>
      </w:r>
    </w:p>
    <w:p>
      <w:r>
        <w:t>Classify every labeled statement by its job here: claim, reason, specific relevant evidence, or unrelated detail. Explain how the evidence supports the reason and how the reason supports the claim. Give one limit on what the evidence shows. A detail about the same topic is not automatically relevant; limited evidence is not automatically unrelated.</w:t>
      </w:r>
    </w:p>
    <w:p>
      <w:r>
        <w:t>Label A–D and explain each statement’s job. Continue your reasoning on the next page.</w:t>
      </w:r>
    </w:p>
    <w:p>
      <w:r>
        <w:t>A: ____  B: ____  C: ____  D: ____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C08 v1.0.0</w:t>
      </w:r>
    </w:p>
    <w:p>
      <w:r>
        <w:br w:type="page"/>
      </w:r>
    </w:p>
    <w:p>
      <w:pPr>
        <w:pStyle w:val="Title"/>
      </w:pPr>
      <w:r>
        <w:t>Explain the argument links</w:t>
      </w:r>
    </w:p>
    <w:p>
      <w:r>
        <w:t>C08 · v1.0.0 · student/check-only · page 2 of 4</w:t>
      </w:r>
    </w:p>
    <w:p>
      <w:r>
        <w:t>Use Tool labels from the preceding page. Use statement letters or accurate paraphrases.</w:t>
      </w:r>
    </w:p>
    <w:p>
      <w:pPr>
        <w:pStyle w:val="Heading1"/>
      </w:pPr>
      <w:r>
        <w:t>Evidence to reason, then reason to claim</w:t>
      </w:r>
    </w:p>
    <w:p>
      <w:r>
        <w:t>Explain both links, including why the unrelated detail has no stated link.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pStyle w:val="Heading1"/>
      </w:pPr>
      <w:r>
        <w:t>A relevant limit</w:t>
      </w:r>
    </w:p>
    <w:p>
      <w:r>
        <w:t>Name what the supplied evidence does not show; say why that limit does not by itself make the evidence irrelevant.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C08 v1.0.0</w:t>
      </w:r>
    </w:p>
    <w:p>
      <w:r>
        <w:br w:type="page"/>
      </w:r>
    </w:p>
    <w:p>
      <w:pPr>
        <w:pStyle w:val="Title"/>
      </w:pPr>
      <w:r>
        <w:t>Represent and answer the other view</w:t>
      </w:r>
    </w:p>
    <w:p>
      <w:r>
        <w:t>C08 · v1.0.0 · student/check-only · page 3 of 4</w:t>
      </w:r>
    </w:p>
    <w:p>
      <w:r>
        <w:t>All situations, people, observations and counts in this selection are invented for practice, not research or actual classroom results.</w:t>
      </w:r>
    </w:p>
    <w:p>
      <w:pPr>
        <w:pStyle w:val="Heading1"/>
      </w:pPr>
      <w:r>
        <w:t>Project recordings</w:t>
      </w:r>
    </w:p>
    <w:p>
      <w:r>
        <w:t>In an invented class, Jo proposes that each project group record a two-minute explanation so absent classmates can hear its main choices. Ren says: “Some members do not want their voices recorded, and making a recording takes editing time. A short written explanation of the group’s choices would be another option.” No recordings or written explanations have yet been made.</w:t>
      </w:r>
    </w:p>
    <w:p>
      <w:r>
        <w:t>Write a fair reply. Accurately state at least one main concern and the speaker’s stated alternative; other concerns may be omitted. Explain why your selected concern matters and connect your reply to it. Give a related reason, practical change, agreement or qualification, and one remaining limit. Make your reasoning clear. You may support either option or propose a qualified response.</w:t>
      </w:r>
    </w:p>
    <w:p>
      <w:r>
        <w:t>Plan your reply below. Continue on the next page.</w:t>
      </w:r>
    </w:p>
    <w:p>
      <w:pPr>
        <w:pStyle w:val="Heading1"/>
      </w:pPr>
      <w:r>
        <w:t>One main concern and the stated alternative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pStyle w:val="Heading1"/>
      </w:pPr>
      <w:r>
        <w:t>Why the concern matters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C08 v1.0.0</w:t>
      </w:r>
    </w:p>
    <w:p>
      <w:r>
        <w:br w:type="page"/>
      </w:r>
    </w:p>
    <w:p>
      <w:pPr>
        <w:pStyle w:val="Title"/>
      </w:pPr>
      <w:r>
        <w:t>Your reasoned reply and remaining limit</w:t>
      </w:r>
    </w:p>
    <w:p>
      <w:r>
        <w:t>C08 · v1.0.0 · student/check-only · page 4 of 4</w:t>
      </w:r>
    </w:p>
    <w:p>
      <w:r>
        <w:t>Use Project recordings from the preceding page. Your reply can agree, disagree or qualify; your position is not scored.</w:t>
      </w:r>
    </w:p>
    <w:p>
      <w:pPr>
        <w:pStyle w:val="Heading1"/>
      </w:pPr>
      <w:r>
        <w:t>Connected reply</w:t>
      </w:r>
    </w:p>
    <w:p>
      <w:r>
        <w:t>Explain how your response addresses the selected concern. Name a remaining limit. You may combine the concern, alternative and importance with this reply.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pStyle w:val="Heading1"/>
      </w:pPr>
      <w:r>
        <w:t>Check clarity</w:t>
      </w:r>
    </w:p>
    <w:p>
      <w:r>
        <w:t>Can a reader identify your selected concern, the stated alternative, the link to your response, and the remaining limit? Revise if needed.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C08 v1.0.0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Liberation Sans" w:hAnsi="Liberation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Check: arguments and fair replies: roles</dc:title>
  <dc:subject/>
  <dc:creator>Mentor Teaching</dc:creator>
  <cp:keywords/>
  <dc:description/>
  <cp:lastModifiedBy/>
  <cp:revision>1</cp:revision>
  <dcterms:created xsi:type="dcterms:W3CDTF">2026-09-30T00:00:00Z</dcterms:created>
  <dcterms:modified xsi:type="dcterms:W3CDTF">2026-09-30T00:00:00Z</dcterms:modified>
  <cp:category/>
</cp:coreProperties>
</file>